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27.2.2027-28.2.2027</w:t>
      </w:r>
    </w:p>
    <w:p>
      <w:pPr>
        <w:pStyle w:val="Heading1"/>
      </w:pPr>
      <w:r>
        <w:t>27.2.2027-28.2.2027</w:t>
      </w:r>
    </w:p>
    <w:p>
      <w:pPr>
        <w:pStyle w:val="Heading2"/>
      </w:pPr>
      <w:r>
        <w:t>18:30-00:00 Ihmisiä Ja Kanoja</w:t>
      </w:r>
    </w:p>
    <w:p>
      <w:r>
        <w:t>Atte Järvinen – Mitra Matouf IHMISIÄ JA KANOJA Pasi on näytelmäkirjailija, joka kokee, ettei maailma ole enää kiinnostunut hänenkaltaistensa keski-ikäisten mies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