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28.9.2026-12.3.2027</w:t>
      </w:r>
    </w:p>
    <w:p>
      <w:pPr>
        <w:pStyle w:val="Heading1"/>
      </w:pPr>
      <w:r>
        <w:t>28.9.2026-12.3.2027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