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1.12.2026-17.12.2026</w:t>
      </w:r>
    </w:p>
    <w:p>
      <w:pPr>
        <w:pStyle w:val="Heading1"/>
      </w:pPr>
      <w:r>
        <w:t>1.12.2026-17.12.2026</w:t>
      </w:r>
    </w:p>
    <w:p>
      <w:pPr>
        <w:pStyle w:val="Heading2"/>
      </w:pPr>
      <w:r>
        <w:t>18:30-00:00 Liisa Pelimaassa</w:t>
      </w:r>
    </w:p>
    <w:p>
      <w:r>
        <w:t>Jyri Numminen - Tuomas Kesälä LIISA PELIMAASSA Liisa pelimaassa on täysin uusi versio Lewis Carrollin tunnetusta klassikkosadusta.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